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 Rivera</w:t>
      </w:r>
    </w:p>
    <w:p>
      <w:r>
        <w:t>Fictional resume for the ResumeTurtle parsing comparison</w:t>
      </w:r>
    </w:p>
    <w:p>
      <w:pPr>
        <w:pStyle w:val="Heading1"/>
      </w:pPr>
      <w:r>
        <w:t>Profile</w:t>
      </w:r>
    </w:p>
    <w:p>
      <w:r>
        <w:t>Alex Rivera</w:t>
      </w:r>
    </w:p>
    <w:p>
      <w:r>
        <w:t>alex@example.com</w:t>
      </w:r>
    </w:p>
    <w:p>
      <w:r>
        <w:t>Software engineer focused on reliable internal tools.</w:t>
      </w:r>
    </w:p>
    <w:p>
      <w:pPr>
        <w:pStyle w:val="Heading1"/>
      </w:pPr>
      <w:r>
        <w:t>Experience</w:t>
      </w:r>
    </w:p>
    <w:p>
      <w:r>
        <w:t>Cedar Demo Systems | Software Engineer | 2022 to 2025</w:t>
      </w:r>
    </w:p>
    <w:p>
      <w:r>
        <w:t>Built a Python reconciliation service for daily account imports.</w:t>
      </w:r>
    </w:p>
    <w:p>
      <w:r>
        <w:t>Added SQL validation checks and documented failure recovery.</w:t>
      </w:r>
    </w:p>
    <w:p>
      <w:pPr>
        <w:pStyle w:val="Heading1"/>
      </w:pPr>
      <w:r>
        <w:t>Projects</w:t>
      </w:r>
    </w:p>
    <w:p>
      <w:r>
        <w:t>Harbor Status Monitor</w:t>
      </w:r>
    </w:p>
    <w:p>
      <w:r>
        <w:t>Built a TypeScript dashboard with keyboard navigation and automated checks.</w:t>
      </w:r>
    </w:p>
    <w:p>
      <w:pPr>
        <w:pStyle w:val="Heading1"/>
      </w:pPr>
      <w:r>
        <w:t>Education</w:t>
      </w:r>
    </w:p>
    <w:p>
      <w:r>
        <w:t>Example State University | BS Computer Science | 2022</w:t>
      </w:r>
    </w:p>
    <w:p>
      <w:pPr>
        <w:pStyle w:val="Heading1"/>
      </w:pPr>
      <w:r>
        <w:t>Skills</w:t>
      </w:r>
    </w:p>
    <w:p>
      <w:r>
        <w:t>Python, SQL, TypeScript, Git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parsing comparison fixture</dc:title>
  <dc:subject/>
  <dc:creator>ResumeTurtle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